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פרידה וסיכום</w:t>
      </w:r>
    </w:p>
    <w:p>
      <w:pPr>
        <w:bidi/>
        <w:jc w:val="right"/>
      </w:pPr>
      <w:r>
        <w:rPr>
          <w:rFonts w:ascii="Arial" w:hAnsi="Arial" w:cs="Arial"/>
          <w:sz w:val="24"/>
          <w:rtl/>
          <w:szCs w:val="24"/>
        </w:rPr>
        <w:t>• 🎯 מטרה: לתרגל את ערך השבוע "פרידה וסיכום"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להסתכל אחורה בהכרת תודה על הדרך, ולהיפרד בלב פתוח לקראת המשך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שבוע של געגוע, חיבור וקהילה: מתכנסים יחד ומתחילים חודש חדש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שבוע של הכנה לחנוכה: אור, תקווה, והרצון להאיר גם לאחרים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שבוע של אור, נס ואומץ, וכבוד מיוחד לבנות ולנשים במסורת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התחלה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הקיץ</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פרידה וסיכום – דף תרגול</w:t>
      </w:r>
    </w:p>
    <w:p>
      <w:pPr>
        <w:bidi/>
        <w:jc w:val="right"/>
      </w:pPr>
      <w:r>
        <w:rPr>
          <w:rFonts w:ascii="Arial" w:hAnsi="Arial" w:cs="Arial"/>
          <w:color w:val="555577"/>
          <w:sz w:val="24"/>
          <w:rtl/>
          <w:szCs w:val="24"/>
        </w:rPr>
        <w:t>ערך השבוע: פרידה וסיכום – להסתכל אחורה בהכרת תודה על הדרך, ולהיפרד בלב פתוח לקראת המשך.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אדל עוברת בשנה הבאה לבית ספר אחר, והיא עצובה להיפרד מהחברים. היא כתבה לכל אחד פתק קטן עם זיכרון משותף. החברים הפתיעו אותה בספר ברכות. איך נפרדים בצורה שמשאירה טעם טוב?</w:t>
      </w:r>
    </w:p>
    <w:p>
      <w:pPr>
        <w:bidi/>
        <w:jc w:val="right"/>
      </w:pPr>
      <w:r>
        <w:rPr>
          <w:rFonts w:ascii="Arial" w:hAnsi="Arial" w:cs="Arial"/>
          <w:sz w:val="24"/>
          <w:rtl/>
          <w:szCs w:val="24"/>
        </w:rPr>
        <w:t>1. מה למדתם השנה שאתם גאים בו?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נפרדים מחבר או מחברה שעוברים מקום?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"פרידה וסיכום"?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לצייר זיכרון טוב מהשנה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לומר תודה לשלושה אנשים בכיתה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להיפרד יפה מכולם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פרידה וסיכום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שבוע של געגוע, חיבור וקהילה: מתכנסים יחד ומתחילים חודש חדש</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סיגד וראש חודש כסליו</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שבוע של אור, נס ואומץ, וכבוד מיוחד לבנות ולנשים במסורת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מדליקים אור – שבוע שלפני חנוכה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שבוע של הכנה לחנוכה: אור, תקווה, והרצון להאיר גם לאחרים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חנוכה וחג הבנות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להסתכל אחורה בהכרת תודה על הדרך, ולהיפרד בלב פתוח לקראת המשך</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"כל סוף הוא גם ________ של משהו חדש"</w:t>
      </w:r>
    </w:p>
    <w:p>
      <w:pPr>
        <w:bidi/>
        <w:jc w:val="right"/>
      </w:pPr>
      <w:r>
        <w:rPr>
          <w:rFonts w:ascii="Arial" w:hAnsi="Arial" w:cs="Arial"/>
          <w:sz w:val="24"/>
          <w:rtl/>
          <w:szCs w:val="24"/>
        </w:rPr>
        <w:t>2. 🧩 חידה: אני בא אחרי האביב ולפני הסתיו, ואז יש חופש גדול מבית הספר. מי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לומר תודה לשלושה אנשים בכיתה · לצייר זיכרון טוב מהשנה · להיפרד יפה מכולם</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הדבר החשוב ביותר שלמדתי השנה?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הרגע הכי משמעותי שלכם השנה?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פרידה וסיכום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