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פרידה וסיכום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"פרידה וסיכום"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ותיכון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להסתכל אחורה בהכרת תודה על הדרך, ולהיפרד בלב פתוח לקראת המשך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שבוע של געגוע, חיבור וקהילה: מתכנסים יחד ומתחילים חודש חדש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שבוע של הכנה לחנוכה: אור, תקווה, והרצון להאיר גם לאחרים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שבוע של אור, נס ואומץ, וכבוד מיוחד לבנות ולנשים במסורת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שני (99 ימים אחרי ראשון = 14 שבועות ועוד יום אחד)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🌅 פרידה וסיכום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פרידה וסיכום – להסתכל אחורה בהכרת תודה על הדרך, ולהיפרד בלב פתוח לקראת המשך.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בסוף השנה מיכאל קרא את מה שכתב ביום הראשון: "אני לא מכיר אף אחד ולא בטוח שאסתדר". הוא צחק, כי עכשיו יש לו קבוצת חברים קרובה. הוא הבין כמה השתנה בשנה אחת. מה השתנה אצלכם מאז תחילת השנה?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השתנה אצלכם מאז תחילת השנה?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איזה רגע מהשנה תזכרו גם בעוד עשר שנים?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אתם לוקחים איתכם מהשנה, ומה משאירים מאחור?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"פרידה וסיכום"?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לסכם שלושה דברים שלמדתי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לצעוק כדי שישמעו רק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לקטוע מישהו באמצע המשפט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לכתוב פתק תודה למורה או לחבר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לכתוב מכתב קצר לעצמי לשנה הבאה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🌅 פרידה וסיכום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שבוע של הכנה לחנוכה: אור, תקווה, והרצון להאיר גם לאחרים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🌾 סיגד וראש חודש כסליו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להסתכל אחורה בהכרת תודה על הדרך, ולהיפרד בלב פתוח לקראת המשך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🕯️ מדליקים אור – שבוע שלפני חנוכה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שבוע של געגוע, חיבור וקהילה: מתכנסים יחד ומתחילים חודש חדש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🕎 חנוכה וחג הבנות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שבוע של אור, נס ואומץ, וכבוד מיוחד לבנות ולנשים במסורת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"כל סוף הוא גם ________ של משהו חדש"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שנת לימודים התחילה ביום ראשון. היום ה-100 שלה (כולל היום הראשון, כולל שבתות) – באיזה יום בשבוע הוא נופל?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לכתוב מכתב קצר לעצמי לשנה הבאה · לכתוב פתק תודה למורה או לחבר · לסכם שלושה דברים שלמדתי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הדבר החשוב ביותר שלמדתי השנה?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היה הרגע הכי משמעותי שלכם השנה?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פרידה וסיכום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