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פרידה וסיכום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"פרידה וסיכום"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🌅 פרידה וסיכום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שֶׁעָבַרְנוּ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🌅 פרידה וסיכום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🌅 📸 👋  משפט השבוע: תּוֹדָה עַל הַדֶּרֶךְ שֶׁעָבַרְנוּ יַחַד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מַדְלִיקִים  |  שֶׁעָבַרְנוּ  |  מִתְגַּעְגְּעִים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"תּוֹדָה עַל הַדֶּרֶךְ שֶׁעָבַרְנוּ יַחַד"?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🌅 פרידה וסיכום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🌾 סיגד וראש חודש כסליו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לומר תודה לשלושה אנשים בכיתה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לצייר זיכרון טוב מהשנה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תּוֹדָה עַל הַדֶּרֶךְ ________ יַחַד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היה הרגע הכי שמח שלכם השנה?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לומר תודה לשלושה אנשים בכיתה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פרידה וסיכום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